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Upozornění na porušení pracovních povinností a možnost výpovědi (vytýkací dopis)</w:t>
      </w:r>
    </w:p>
    <w:p>
      <w:r>
        <w:rPr>
          <w:color w:val="64748B"/>
          <w:sz w:val="18"/>
        </w:rPr>
        <w:t>podle § 52 písm. g) [příp. § 52 písm. f)] a §§ 334–335a zákona č. 262/2006 Sb., zákoníku práce</w:t>
      </w:r>
    </w:p>
    <w:p>
      <w:pPr>
        <w:spacing w:before="200"/>
      </w:pPr>
      <w:r>
        <w:rPr>
          <w:b/>
          <w:color w:val="1E3A5F"/>
          <w:sz w:val="24"/>
        </w:rPr>
        <w:t>1. Zaměstnavatel a zaměstnanec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Zaměstnavatel (obchodní firma, IČO, sídlo)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Zaměstnanec (jméno a příjmení, datum narození, bydliště)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Pracovní pozice (druh práce) podle pracovní smlouvy ze dne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Konkrétní popis vytýkaného porušení povinností (§ 301 ZP)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Datum, čas a pracoviště, kde k porušení povinností došlo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Přesný skutkový popis jednání zaměstnance (např. neomluvená absence, pozdní příchod, odmítnutí pokynu, BOZP)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Ustanovení předpisu / pracovního řádu / smlouvy, které bylo porušeno, a hodnocení intenzity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 neuspokojivých pracovních výsledků (§ 52 písm. f) ZP): přiměřená lhůta k nápravě do dne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3. Výslovné upozornění na možnost výpovědi (§ 52 písm. g) a f) ZP)</w:t>
      </w:r>
    </w:p>
    <w:p>
      <w:r>
        <w:t>Tímto Vás v souladu s § 52 písm. g) [resp. § 52 písm. f)] zákona č. 262/2006 Sb., zákoníku práce, písemně upozorňujeme na výše uvedené porušení povinností vyplývajících z právních předpisů vztahujících se k Vámi vykonávané práci a současně Vás upozorňujeme na možnost rozvázání pracovního poměru výpovědí ze strany zaměstnavatele, pokud se v následujících 6 měsících dopustíte dalšího porušení pracovních povinností (nebo pokud ve stanovené lhůtě neodstraníte neuspokojivé pracovní výsledky).</w:t>
      </w:r>
    </w:p>
    <w:p>
      <w:pPr>
        <w:spacing w:before="200"/>
      </w:pPr>
      <w:r>
        <w:rPr>
          <w:b/>
          <w:color w:val="1E3A5F"/>
          <w:sz w:val="24"/>
        </w:rPr>
        <w:t>4. Potvrzení o doručení do vlastních rukou na pracovišti (§ 334 ZP)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Převzal zaměstnanec osobně dne (datum, čas a vlastnoruční podpis zaměstnance)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Záznam dle § 334 odst. 3 ZP: Zaměstnanec dne .............. odmítl písemnost převzít (byl poučen o následcích) — Svědek 1 a Svědek 2 (jména a podpisy)</w:t>
            </w:r>
          </w:p>
        </w:tc>
        <w:tc>
          <w:tcPr>
            <w:tcW w:type="dxa" w:w="432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zaměstnavatele (jméno, funkce, podpis)</w:t>
            </w:r>
          </w:p>
        </w:tc>
        <w:tc>
          <w:tcPr>
            <w:tcW w:type="dxa" w:w="4320"/>
          </w:tcPr>
          <w:p>
            <w:r>
              <w:t>Zaměstnanec (potvrzení převzetí)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