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E3A5F"/>
          <w:sz w:val="36"/>
        </w:rPr>
        <w:t>Výpověď z pracovního poměru</w:t>
      </w:r>
    </w:p>
    <w:p>
      <w:r>
        <w:rPr>
          <w:color w:val="64748B"/>
          <w:sz w:val="18"/>
        </w:rPr>
        <w:t>výpověď daná zaměstnancem podle § 50 odst. 1 a 3 zákona č. 262/2006 Sb., zákoník práce</w:t>
      </w:r>
    </w:p>
    <w:p>
      <w:pPr>
        <w:spacing w:before="200"/>
      </w:pPr>
      <w:r>
        <w:rPr>
          <w:b/>
          <w:color w:val="1E3A5F"/>
          <w:sz w:val="24"/>
        </w:rPr>
        <w:t>Zaměstnanec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Jméno a příjmení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Datum narození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Bydliště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Pracovní pozice / útvar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Zaměstnavatel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Název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IČO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Sídlo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K rukám (jméno, funkce)</w:t>
            </w:r>
          </w:p>
        </w:tc>
        <w:tc>
          <w:tcPr>
            <w:tcW w:type="dxa" w:w="4320"/>
          </w:tcPr>
          <w:p/>
        </w:tc>
      </w:tr>
    </w:tbl>
    <w:p>
      <w:pPr>
        <w:spacing w:before="200"/>
      </w:pPr>
      <w:r>
        <w:rPr>
          <w:b/>
          <w:color w:val="1E3A5F"/>
          <w:sz w:val="24"/>
        </w:rPr>
        <w:t>Výpověď</w:t>
      </w:r>
    </w:p>
    <w:p>
      <w:r>
        <w:t>Dávám tímto výpověď z pracovního poměru, který vznikl na základě pracovní smlouvy uzavřené dne ………………………</w:t>
      </w:r>
    </w:p>
    <w:p>
      <w:r>
        <w:t>Výpovědní doba činí 2 měsíce, začíná dnem doručení této výpovědi zaměstnavateli a končí dnem, který se s ním číslem shoduje (§ 51 odst. 1 a 2 zákoníku práce), nesjednali-li jsme v pracovní smlouvě delší výpovědní dobu.</w:t>
      </w:r>
    </w:p>
    <w:p>
      <w:pPr>
        <w:spacing w:before="200"/>
      </w:pPr>
      <w:r>
        <w:rPr>
          <w:b/>
          <w:color w:val="1E3A5F"/>
          <w:sz w:val="24"/>
        </w:rPr>
        <w:t>Žádosti (nepovinné)</w:t>
      </w:r>
    </w:p>
    <w:p>
      <w:r>
        <w:t>☐ Žádám o vydání potvrzení o zaměstnání (zápočtového listu) ke dni skončení pracovního poměru (§ 313).</w:t>
      </w:r>
    </w:p>
    <w:p>
      <w:r>
        <w:t>☐ Žádám o oddělené potvrzení údajů pro posouzení nároku na podporu v nezaměstnanosti (§ 313 odst. 2).</w:t>
      </w:r>
    </w:p>
    <w:p>
      <w:r>
        <w:t>☐ Žádám o vydání pracovního posudku (§ 314).</w:t>
      </w:r>
    </w:p>
    <w:p>
      <w:r>
        <w:t>☐ Navrhuji skončení dohodou ke dni ………………… (nevyžaduje výpovědní dobu, potřebuje souhlas zaměstnavatele).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t>V ……………… dne ………………</w:t>
              <w:br/>
              <w:br/>
              <w:br/>
              <w:t>…………………………………</w:t>
            </w:r>
          </w:p>
        </w:tc>
      </w:tr>
      <w:tr>
        <w:tc>
          <w:tcPr>
            <w:tcW w:type="dxa" w:w="8640"/>
          </w:tcPr>
          <w:p>
            <w:r>
              <w:t>Zaměstnanec</w:t>
            </w:r>
          </w:p>
        </w:tc>
      </w:tr>
    </w:tbl>
    <w:p>
      <w:pPr>
        <w:spacing w:before="200"/>
      </w:pPr>
      <w:r>
        <w:rPr>
          <w:b/>
          <w:color w:val="1E3A5F"/>
          <w:sz w:val="24"/>
        </w:rPr>
        <w:t>Potvrzení o doručení</w:t>
      </w:r>
    </w:p>
    <w:p>
      <w:r>
        <w:t>Výpověď převzal(a) za zaměstnavatele dne …………………  (od tohoto dne běží výpovědní doba)</w:t>
      </w:r>
    </w:p>
    <w:p>
      <w:r>
        <w:t>Jméno, funkce, podpis: ……………………………………………</w:t>
      </w:r>
    </w:p>
    <w:p>
      <w:pPr>
        <w:spacing w:before="280"/>
      </w:pPr>
      <w:r>
        <w:rPr>
          <w:color w:val="64748B"/>
          <w:sz w:val="16"/>
        </w:rPr>
        <w:t>Vzor zdarma z autoerp.cz · ověřeno podle znění předpisů k 6. 10. 2026 · AutoERP vystaví tento dokument z dat v systému. Důvod výpovědi zaměstnanec uvádět nemusí (§ 50 odst. 3).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